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BFD23" w14:textId="77777777" w:rsidR="00192114" w:rsidRDefault="00107A0B">
      <w:pPr>
        <w:jc w:val="center"/>
      </w:pPr>
      <w:r>
        <w:rPr>
          <w:rFonts w:ascii="Times New Roman" w:hAnsi="Times New Roman"/>
          <w:b/>
          <w:sz w:val="28"/>
        </w:rPr>
        <w:t xml:space="preserve">Fu Jen Catholic University Application Form </w:t>
      </w:r>
      <w:r>
        <w:rPr>
          <w:rFonts w:ascii="Times New Roman" w:hAnsi="Times New Roman"/>
          <w:b/>
          <w:sz w:val="28"/>
        </w:rPr>
        <w:t xml:space="preserve">for </w:t>
      </w:r>
      <w:r>
        <w:rPr>
          <w:rFonts w:ascii="Times New Roman" w:hAnsi="Times New Roman"/>
          <w:b/>
          <w:sz w:val="28"/>
        </w:rPr>
        <w:t>Course Waiver and Required Courses for the International and Anglo-American Law Micro-Program</w:t>
      </w:r>
    </w:p>
    <w:p w14:paraId="197B02FB" w14:textId="45282AC2" w:rsidR="00192114" w:rsidRPr="008E2FA5" w:rsidRDefault="00107A0B">
      <w:pPr>
        <w:rPr>
          <w:sz w:val="24"/>
          <w:szCs w:val="24"/>
        </w:rPr>
      </w:pPr>
      <w:r w:rsidRPr="008E2FA5">
        <w:rPr>
          <w:rFonts w:ascii="Times New Roman" w:hAnsi="Times New Roman"/>
          <w:sz w:val="24"/>
          <w:szCs w:val="24"/>
        </w:rPr>
        <w:t>Application for Completion Certificate Academic Year: ___</w:t>
      </w:r>
      <w:r w:rsidR="008E2FA5" w:rsidRPr="008E2FA5">
        <w:rPr>
          <w:rFonts w:ascii="新細明體" w:eastAsia="新細明體" w:hAnsi="新細明體" w:hint="eastAsia"/>
          <w:sz w:val="24"/>
          <w:szCs w:val="24"/>
          <w:u w:val="single"/>
          <w:lang w:eastAsia="zh-TW"/>
        </w:rPr>
        <w:t xml:space="preserve"> </w:t>
      </w:r>
      <w:r w:rsidRPr="008E2FA5">
        <w:rPr>
          <w:rFonts w:ascii="Times New Roman" w:hAnsi="Times New Roman"/>
          <w:sz w:val="24"/>
          <w:szCs w:val="24"/>
        </w:rPr>
        <w:t>_ Academic Year, _</w:t>
      </w:r>
      <w:r w:rsidR="008E2FA5" w:rsidRPr="008E2FA5">
        <w:rPr>
          <w:rFonts w:ascii="新細明體" w:eastAsia="新細明體" w:hAnsi="新細明體" w:hint="eastAsia"/>
          <w:sz w:val="24"/>
          <w:szCs w:val="24"/>
          <w:u w:val="single"/>
          <w:lang w:eastAsia="zh-TW"/>
        </w:rPr>
        <w:t xml:space="preserve">   </w:t>
      </w:r>
      <w:r w:rsidR="008E2FA5">
        <w:rPr>
          <w:rFonts w:ascii="新細明體" w:eastAsia="新細明體" w:hAnsi="新細明體" w:hint="eastAsia"/>
          <w:sz w:val="24"/>
          <w:szCs w:val="24"/>
          <w:u w:val="single"/>
          <w:lang w:eastAsia="zh-TW"/>
        </w:rPr>
        <w:t xml:space="preserve">  </w:t>
      </w:r>
      <w:r w:rsidR="008E2FA5" w:rsidRPr="008E2FA5">
        <w:rPr>
          <w:rFonts w:ascii="新細明體" w:eastAsia="新細明體" w:hAnsi="新細明體" w:hint="eastAsia"/>
          <w:sz w:val="24"/>
          <w:szCs w:val="24"/>
          <w:u w:val="single"/>
          <w:lang w:eastAsia="zh-TW"/>
        </w:rPr>
        <w:t xml:space="preserve">  </w:t>
      </w:r>
      <w:r w:rsidRPr="008E2FA5">
        <w:rPr>
          <w:rFonts w:ascii="Times New Roman" w:hAnsi="Times New Roman"/>
          <w:sz w:val="24"/>
          <w:szCs w:val="24"/>
        </w:rPr>
        <w:t>_ Semester</w:t>
      </w:r>
    </w:p>
    <w:p w14:paraId="1F2E13CE" w14:textId="4376CF1A" w:rsidR="00192114" w:rsidRPr="008E2FA5" w:rsidRDefault="00107A0B">
      <w:pPr>
        <w:rPr>
          <w:sz w:val="24"/>
          <w:szCs w:val="24"/>
          <w:u w:val="single"/>
        </w:rPr>
      </w:pPr>
      <w:r w:rsidRPr="008E2FA5">
        <w:rPr>
          <w:rFonts w:ascii="Times New Roman" w:hAnsi="Times New Roman"/>
          <w:sz w:val="24"/>
          <w:szCs w:val="24"/>
        </w:rPr>
        <w:t>Department/Year: __</w:t>
      </w:r>
      <w:r w:rsidRPr="008E2FA5">
        <w:rPr>
          <w:rFonts w:ascii="Times New Roman" w:hAnsi="Times New Roman"/>
          <w:sz w:val="24"/>
          <w:szCs w:val="24"/>
        </w:rPr>
        <w:t>___________   Student ID: _______</w:t>
      </w:r>
      <w:r w:rsidR="008E2FA5">
        <w:rPr>
          <w:rFonts w:ascii="新細明體" w:eastAsia="新細明體" w:hAnsi="新細明體" w:hint="eastAsia"/>
          <w:sz w:val="24"/>
          <w:szCs w:val="24"/>
          <w:lang w:eastAsia="zh-TW"/>
        </w:rPr>
        <w:t xml:space="preserve"> </w:t>
      </w:r>
      <w:r w:rsidRPr="008E2FA5">
        <w:rPr>
          <w:rFonts w:ascii="Times New Roman" w:hAnsi="Times New Roman"/>
          <w:sz w:val="24"/>
          <w:szCs w:val="24"/>
        </w:rPr>
        <w:t>_______   Name: ___</w:t>
      </w:r>
      <w:r w:rsidRPr="008E2FA5">
        <w:rPr>
          <w:rFonts w:ascii="Times New Roman" w:hAnsi="Times New Roman"/>
          <w:sz w:val="24"/>
          <w:szCs w:val="24"/>
        </w:rPr>
        <w:t>____</w:t>
      </w:r>
      <w:r w:rsidR="008E2FA5" w:rsidRPr="008E2FA5">
        <w:rPr>
          <w:rFonts w:ascii="新細明體" w:eastAsia="新細明體" w:hAnsi="新細明體" w:hint="eastAsia"/>
          <w:sz w:val="24"/>
          <w:szCs w:val="24"/>
          <w:u w:val="single"/>
          <w:lang w:eastAsia="zh-TW"/>
        </w:rPr>
        <w:t xml:space="preserve">    </w:t>
      </w:r>
      <w:r w:rsidR="008E2FA5">
        <w:rPr>
          <w:rFonts w:ascii="新細明體" w:eastAsia="新細明體" w:hAnsi="新細明體" w:hint="eastAsia"/>
          <w:sz w:val="24"/>
          <w:szCs w:val="24"/>
          <w:u w:val="single"/>
          <w:lang w:eastAsia="zh-TW"/>
        </w:rPr>
        <w:t xml:space="preserve">  </w:t>
      </w:r>
      <w:r w:rsidR="008E2FA5" w:rsidRPr="008E2FA5">
        <w:rPr>
          <w:rFonts w:ascii="新細明體" w:eastAsia="新細明體" w:hAnsi="新細明體" w:hint="eastAsia"/>
          <w:sz w:val="24"/>
          <w:szCs w:val="24"/>
          <w:u w:val="single"/>
          <w:lang w:eastAsia="zh-TW"/>
        </w:rPr>
        <w:t xml:space="preserve">           </w:t>
      </w:r>
      <w:r w:rsidRPr="008E2FA5">
        <w:rPr>
          <w:rFonts w:ascii="Times New Roman" w:hAnsi="Times New Roman"/>
          <w:sz w:val="24"/>
          <w:szCs w:val="24"/>
        </w:rPr>
        <w:t>_</w:t>
      </w:r>
      <w:r w:rsidR="008E2FA5">
        <w:rPr>
          <w:rFonts w:ascii="新細明體" w:eastAsia="新細明體" w:hAnsi="新細明體" w:hint="eastAsia"/>
          <w:sz w:val="24"/>
          <w:szCs w:val="24"/>
          <w:u w:val="single"/>
          <w:lang w:eastAsia="zh-TW"/>
        </w:rPr>
        <w:t xml:space="preserve"> </w:t>
      </w:r>
    </w:p>
    <w:p w14:paraId="1D7F273B" w14:textId="1752256A" w:rsidR="00192114" w:rsidRDefault="00107A0B">
      <w:r w:rsidRPr="008E2FA5">
        <w:rPr>
          <w:rFonts w:ascii="Times New Roman" w:hAnsi="Times New Roman"/>
          <w:sz w:val="24"/>
          <w:szCs w:val="24"/>
        </w:rPr>
        <w:t>Contact Phone Number: ________________________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6"/>
        <w:gridCol w:w="2758"/>
        <w:gridCol w:w="1548"/>
        <w:gridCol w:w="2947"/>
        <w:gridCol w:w="891"/>
      </w:tblGrid>
      <w:tr w:rsidR="008E2FA5" w14:paraId="7DABF597" w14:textId="77777777" w:rsidTr="00DC0847">
        <w:trPr>
          <w:jc w:val="center"/>
        </w:trPr>
        <w:tc>
          <w:tcPr>
            <w:tcW w:w="1206" w:type="dxa"/>
            <w:vMerge w:val="restart"/>
          </w:tcPr>
          <w:p w14:paraId="3210B1A4" w14:textId="77777777" w:rsidR="008E2FA5" w:rsidRDefault="008E2FA5">
            <w:r>
              <w:t>Check [✔] for completed courses</w:t>
            </w:r>
          </w:p>
        </w:tc>
        <w:tc>
          <w:tcPr>
            <w:tcW w:w="4306" w:type="dxa"/>
            <w:gridSpan w:val="2"/>
          </w:tcPr>
          <w:p w14:paraId="457BA4B0" w14:textId="77777777" w:rsidR="008E2FA5" w:rsidRDefault="008E2FA5" w:rsidP="008E2FA5">
            <w:pPr>
              <w:jc w:val="center"/>
            </w:pPr>
            <w:r>
              <w:t>Program Required Courses Table</w:t>
            </w:r>
          </w:p>
        </w:tc>
        <w:tc>
          <w:tcPr>
            <w:tcW w:w="3838" w:type="dxa"/>
            <w:gridSpan w:val="2"/>
          </w:tcPr>
          <w:p w14:paraId="3369D20C" w14:textId="77777777" w:rsidR="008E2FA5" w:rsidRDefault="008E2FA5" w:rsidP="008E2FA5">
            <w:pPr>
              <w:jc w:val="center"/>
            </w:pPr>
            <w:r>
              <w:t>Course Waiver Table</w:t>
            </w:r>
          </w:p>
        </w:tc>
      </w:tr>
      <w:tr w:rsidR="00DC0847" w14:paraId="3E5DA716" w14:textId="77777777" w:rsidTr="00DC0847">
        <w:trPr>
          <w:jc w:val="center"/>
        </w:trPr>
        <w:tc>
          <w:tcPr>
            <w:tcW w:w="1206" w:type="dxa"/>
            <w:vMerge/>
          </w:tcPr>
          <w:p w14:paraId="48F99CE3" w14:textId="2EDA571C" w:rsidR="008E2FA5" w:rsidRDefault="008E2FA5"/>
        </w:tc>
        <w:tc>
          <w:tcPr>
            <w:tcW w:w="2758" w:type="dxa"/>
          </w:tcPr>
          <w:p w14:paraId="2B049432" w14:textId="77777777" w:rsidR="008E2FA5" w:rsidRDefault="008E2FA5" w:rsidP="008E2FA5">
            <w:pPr>
              <w:jc w:val="center"/>
            </w:pPr>
            <w:r>
              <w:t>Program Required Courses</w:t>
            </w:r>
            <w:r>
              <w:br/>
              <w:t>(No abbreviations)</w:t>
            </w:r>
          </w:p>
        </w:tc>
        <w:tc>
          <w:tcPr>
            <w:tcW w:w="1548" w:type="dxa"/>
          </w:tcPr>
          <w:p w14:paraId="69B612EF" w14:textId="77777777" w:rsidR="008E2FA5" w:rsidRDefault="008E2FA5" w:rsidP="008E2FA5">
            <w:pPr>
              <w:jc w:val="center"/>
            </w:pPr>
            <w:r>
              <w:t>Credits/Type</w:t>
            </w:r>
          </w:p>
        </w:tc>
        <w:tc>
          <w:tcPr>
            <w:tcW w:w="2947" w:type="dxa"/>
          </w:tcPr>
          <w:p w14:paraId="090153B0" w14:textId="77777777" w:rsidR="008E2FA5" w:rsidRDefault="008E2FA5" w:rsidP="008E2FA5">
            <w:pPr>
              <w:jc w:val="center"/>
            </w:pPr>
            <w:r>
              <w:t>Major Department Courses</w:t>
            </w:r>
            <w:r>
              <w:br/>
              <w:t>(No abbreviations)</w:t>
            </w:r>
          </w:p>
        </w:tc>
        <w:tc>
          <w:tcPr>
            <w:tcW w:w="891" w:type="dxa"/>
          </w:tcPr>
          <w:p w14:paraId="12F439E4" w14:textId="77777777" w:rsidR="008E2FA5" w:rsidRDefault="008E2FA5" w:rsidP="008E2FA5">
            <w:pPr>
              <w:jc w:val="center"/>
            </w:pPr>
            <w:r>
              <w:t>Credits</w:t>
            </w:r>
          </w:p>
        </w:tc>
      </w:tr>
      <w:tr w:rsidR="008E2FA5" w14:paraId="6791F3A3" w14:textId="77777777" w:rsidTr="00DC0847">
        <w:trPr>
          <w:trHeight w:val="557"/>
          <w:jc w:val="center"/>
        </w:trPr>
        <w:tc>
          <w:tcPr>
            <w:tcW w:w="1206" w:type="dxa"/>
          </w:tcPr>
          <w:p w14:paraId="29DFC6DE" w14:textId="77777777" w:rsidR="00192114" w:rsidRDefault="00192114"/>
        </w:tc>
        <w:tc>
          <w:tcPr>
            <w:tcW w:w="2758" w:type="dxa"/>
          </w:tcPr>
          <w:p w14:paraId="08DCFE41" w14:textId="2E92A929" w:rsidR="00192114" w:rsidRDefault="008E2FA5">
            <w:r w:rsidRPr="00DC0847">
              <w:t>Introduction to Anglo-American Law-Course in English</w:t>
            </w:r>
          </w:p>
        </w:tc>
        <w:tc>
          <w:tcPr>
            <w:tcW w:w="1548" w:type="dxa"/>
          </w:tcPr>
          <w:p w14:paraId="2112C1A8" w14:textId="77777777" w:rsidR="00192114" w:rsidRDefault="00107A0B">
            <w:r>
              <w:t>2/Req</w:t>
            </w:r>
          </w:p>
        </w:tc>
        <w:tc>
          <w:tcPr>
            <w:tcW w:w="2947" w:type="dxa"/>
          </w:tcPr>
          <w:p w14:paraId="679C0CCA" w14:textId="77777777" w:rsidR="00192114" w:rsidRDefault="00192114"/>
        </w:tc>
        <w:tc>
          <w:tcPr>
            <w:tcW w:w="891" w:type="dxa"/>
          </w:tcPr>
          <w:p w14:paraId="68A39B84" w14:textId="77777777" w:rsidR="00192114" w:rsidRDefault="00192114"/>
        </w:tc>
      </w:tr>
      <w:tr w:rsidR="008E2FA5" w14:paraId="7F4401F0" w14:textId="77777777" w:rsidTr="00DC0847">
        <w:trPr>
          <w:jc w:val="center"/>
        </w:trPr>
        <w:tc>
          <w:tcPr>
            <w:tcW w:w="1206" w:type="dxa"/>
          </w:tcPr>
          <w:p w14:paraId="653CA880" w14:textId="77777777" w:rsidR="00192114" w:rsidRDefault="00192114"/>
        </w:tc>
        <w:tc>
          <w:tcPr>
            <w:tcW w:w="2758" w:type="dxa"/>
          </w:tcPr>
          <w:p w14:paraId="6319331B" w14:textId="7D4A0E2E" w:rsidR="00192114" w:rsidRDefault="00DC0847">
            <w:r w:rsidRPr="00DC0847">
              <w:t>Anglo-American Tort Law</w:t>
            </w:r>
          </w:p>
        </w:tc>
        <w:tc>
          <w:tcPr>
            <w:tcW w:w="1548" w:type="dxa"/>
          </w:tcPr>
          <w:p w14:paraId="58CA6F45" w14:textId="77777777" w:rsidR="00192114" w:rsidRDefault="00107A0B">
            <w:r>
              <w:t>2/Elec</w:t>
            </w:r>
          </w:p>
        </w:tc>
        <w:tc>
          <w:tcPr>
            <w:tcW w:w="2947" w:type="dxa"/>
          </w:tcPr>
          <w:p w14:paraId="691B8973" w14:textId="77777777" w:rsidR="00192114" w:rsidRDefault="00192114"/>
        </w:tc>
        <w:tc>
          <w:tcPr>
            <w:tcW w:w="891" w:type="dxa"/>
          </w:tcPr>
          <w:p w14:paraId="6074E362" w14:textId="77777777" w:rsidR="00192114" w:rsidRDefault="00192114"/>
        </w:tc>
      </w:tr>
      <w:tr w:rsidR="008E2FA5" w14:paraId="4EB4E54F" w14:textId="77777777" w:rsidTr="00DC0847">
        <w:trPr>
          <w:jc w:val="center"/>
        </w:trPr>
        <w:tc>
          <w:tcPr>
            <w:tcW w:w="1206" w:type="dxa"/>
          </w:tcPr>
          <w:p w14:paraId="6F0B3E22" w14:textId="77777777" w:rsidR="00192114" w:rsidRDefault="00192114"/>
        </w:tc>
        <w:tc>
          <w:tcPr>
            <w:tcW w:w="2758" w:type="dxa"/>
          </w:tcPr>
          <w:p w14:paraId="1D5B9890" w14:textId="66041E6B" w:rsidR="00192114" w:rsidRDefault="00DC0847">
            <w:r w:rsidRPr="00DC0847">
              <w:t>Anglo-American Law of Contract</w:t>
            </w:r>
          </w:p>
        </w:tc>
        <w:tc>
          <w:tcPr>
            <w:tcW w:w="1548" w:type="dxa"/>
          </w:tcPr>
          <w:p w14:paraId="5DF889AD" w14:textId="77777777" w:rsidR="00192114" w:rsidRDefault="00107A0B">
            <w:r>
              <w:t>2/Elec</w:t>
            </w:r>
          </w:p>
        </w:tc>
        <w:tc>
          <w:tcPr>
            <w:tcW w:w="2947" w:type="dxa"/>
          </w:tcPr>
          <w:p w14:paraId="22C6A8FC" w14:textId="77777777" w:rsidR="00192114" w:rsidRDefault="00192114"/>
        </w:tc>
        <w:tc>
          <w:tcPr>
            <w:tcW w:w="891" w:type="dxa"/>
          </w:tcPr>
          <w:p w14:paraId="3A4D9E0B" w14:textId="77777777" w:rsidR="00192114" w:rsidRDefault="00192114"/>
        </w:tc>
      </w:tr>
      <w:tr w:rsidR="008E2FA5" w14:paraId="68D81910" w14:textId="77777777" w:rsidTr="00DC0847">
        <w:trPr>
          <w:jc w:val="center"/>
        </w:trPr>
        <w:tc>
          <w:tcPr>
            <w:tcW w:w="1206" w:type="dxa"/>
          </w:tcPr>
          <w:p w14:paraId="0CCDF553" w14:textId="77777777" w:rsidR="00192114" w:rsidRDefault="00192114"/>
        </w:tc>
        <w:tc>
          <w:tcPr>
            <w:tcW w:w="2758" w:type="dxa"/>
          </w:tcPr>
          <w:p w14:paraId="54491AA9" w14:textId="77F3CDCD" w:rsidR="00192114" w:rsidRDefault="00DC0847">
            <w:r w:rsidRPr="00DC0847">
              <w:t>Selected English Cases Study-Course in English</w:t>
            </w:r>
          </w:p>
        </w:tc>
        <w:tc>
          <w:tcPr>
            <w:tcW w:w="1548" w:type="dxa"/>
          </w:tcPr>
          <w:p w14:paraId="1390B75D" w14:textId="77777777" w:rsidR="00192114" w:rsidRDefault="00107A0B">
            <w:r>
              <w:t>2/Elec</w:t>
            </w:r>
          </w:p>
        </w:tc>
        <w:tc>
          <w:tcPr>
            <w:tcW w:w="2947" w:type="dxa"/>
          </w:tcPr>
          <w:p w14:paraId="31D728D4" w14:textId="77777777" w:rsidR="00192114" w:rsidRDefault="00192114"/>
        </w:tc>
        <w:tc>
          <w:tcPr>
            <w:tcW w:w="891" w:type="dxa"/>
          </w:tcPr>
          <w:p w14:paraId="26460FC7" w14:textId="77777777" w:rsidR="00192114" w:rsidRDefault="00192114"/>
        </w:tc>
      </w:tr>
      <w:tr w:rsidR="008E2FA5" w14:paraId="5558A5CC" w14:textId="77777777" w:rsidTr="00DC0847">
        <w:trPr>
          <w:jc w:val="center"/>
        </w:trPr>
        <w:tc>
          <w:tcPr>
            <w:tcW w:w="1206" w:type="dxa"/>
          </w:tcPr>
          <w:p w14:paraId="45465780" w14:textId="77777777" w:rsidR="00192114" w:rsidRDefault="00192114"/>
        </w:tc>
        <w:tc>
          <w:tcPr>
            <w:tcW w:w="2758" w:type="dxa"/>
          </w:tcPr>
          <w:p w14:paraId="3697976D" w14:textId="7D11A748" w:rsidR="00192114" w:rsidRDefault="00DC0847">
            <w:r w:rsidRPr="00DC0847">
              <w:t>Selected English Cases Study-Course in English</w:t>
            </w:r>
          </w:p>
        </w:tc>
        <w:tc>
          <w:tcPr>
            <w:tcW w:w="1548" w:type="dxa"/>
          </w:tcPr>
          <w:p w14:paraId="709906D6" w14:textId="77777777" w:rsidR="00192114" w:rsidRDefault="00107A0B">
            <w:r>
              <w:t>2/Elec</w:t>
            </w:r>
          </w:p>
        </w:tc>
        <w:tc>
          <w:tcPr>
            <w:tcW w:w="2947" w:type="dxa"/>
          </w:tcPr>
          <w:p w14:paraId="39A84291" w14:textId="77777777" w:rsidR="00192114" w:rsidRDefault="00192114"/>
        </w:tc>
        <w:tc>
          <w:tcPr>
            <w:tcW w:w="891" w:type="dxa"/>
          </w:tcPr>
          <w:p w14:paraId="070E9437" w14:textId="77777777" w:rsidR="00192114" w:rsidRDefault="00192114"/>
        </w:tc>
      </w:tr>
      <w:tr w:rsidR="008E2FA5" w14:paraId="090A5A6F" w14:textId="77777777" w:rsidTr="00DC0847">
        <w:trPr>
          <w:jc w:val="center"/>
        </w:trPr>
        <w:tc>
          <w:tcPr>
            <w:tcW w:w="1206" w:type="dxa"/>
          </w:tcPr>
          <w:p w14:paraId="44DD5634" w14:textId="77777777" w:rsidR="00192114" w:rsidRDefault="00192114"/>
        </w:tc>
        <w:tc>
          <w:tcPr>
            <w:tcW w:w="2758" w:type="dxa"/>
          </w:tcPr>
          <w:p w14:paraId="7A40F396" w14:textId="0E9E43D3" w:rsidR="00192114" w:rsidRDefault="00DC0847">
            <w:r w:rsidRPr="00DC0847">
              <w:t>U.S. Business Law</w:t>
            </w:r>
          </w:p>
        </w:tc>
        <w:tc>
          <w:tcPr>
            <w:tcW w:w="1548" w:type="dxa"/>
          </w:tcPr>
          <w:p w14:paraId="28CDB482" w14:textId="77777777" w:rsidR="00192114" w:rsidRDefault="00107A0B">
            <w:r>
              <w:t>2/Elec</w:t>
            </w:r>
          </w:p>
        </w:tc>
        <w:tc>
          <w:tcPr>
            <w:tcW w:w="2947" w:type="dxa"/>
          </w:tcPr>
          <w:p w14:paraId="7692B22B" w14:textId="77777777" w:rsidR="00192114" w:rsidRDefault="00192114"/>
        </w:tc>
        <w:tc>
          <w:tcPr>
            <w:tcW w:w="891" w:type="dxa"/>
          </w:tcPr>
          <w:p w14:paraId="74CA1EBE" w14:textId="77777777" w:rsidR="00192114" w:rsidRDefault="00192114"/>
        </w:tc>
      </w:tr>
      <w:tr w:rsidR="008E2FA5" w14:paraId="362C0E27" w14:textId="77777777" w:rsidTr="00DC0847">
        <w:trPr>
          <w:jc w:val="center"/>
        </w:trPr>
        <w:tc>
          <w:tcPr>
            <w:tcW w:w="1206" w:type="dxa"/>
          </w:tcPr>
          <w:p w14:paraId="6D3C0E17" w14:textId="77777777" w:rsidR="00192114" w:rsidRDefault="00192114"/>
        </w:tc>
        <w:tc>
          <w:tcPr>
            <w:tcW w:w="2758" w:type="dxa"/>
          </w:tcPr>
          <w:p w14:paraId="33F58A48" w14:textId="359C7CF8" w:rsidR="00192114" w:rsidRDefault="00DC0847">
            <w:r w:rsidRPr="00DC0847">
              <w:t>Legal English - US Corporate Law</w:t>
            </w:r>
          </w:p>
        </w:tc>
        <w:tc>
          <w:tcPr>
            <w:tcW w:w="1548" w:type="dxa"/>
          </w:tcPr>
          <w:p w14:paraId="6DC6C4CB" w14:textId="77777777" w:rsidR="00192114" w:rsidRDefault="00107A0B">
            <w:r>
              <w:t>1/Elec</w:t>
            </w:r>
          </w:p>
        </w:tc>
        <w:tc>
          <w:tcPr>
            <w:tcW w:w="2947" w:type="dxa"/>
          </w:tcPr>
          <w:p w14:paraId="7D789B60" w14:textId="77777777" w:rsidR="00192114" w:rsidRDefault="00192114"/>
        </w:tc>
        <w:tc>
          <w:tcPr>
            <w:tcW w:w="891" w:type="dxa"/>
          </w:tcPr>
          <w:p w14:paraId="16EDA6FE" w14:textId="77777777" w:rsidR="00192114" w:rsidRDefault="00192114"/>
        </w:tc>
      </w:tr>
      <w:tr w:rsidR="008E2FA5" w14:paraId="6968BCBB" w14:textId="77777777" w:rsidTr="00DC0847">
        <w:trPr>
          <w:jc w:val="center"/>
        </w:trPr>
        <w:tc>
          <w:tcPr>
            <w:tcW w:w="1206" w:type="dxa"/>
          </w:tcPr>
          <w:p w14:paraId="5327CAA1" w14:textId="77777777" w:rsidR="00192114" w:rsidRDefault="00192114"/>
        </w:tc>
        <w:tc>
          <w:tcPr>
            <w:tcW w:w="2758" w:type="dxa"/>
          </w:tcPr>
          <w:p w14:paraId="389561DF" w14:textId="3CE81667" w:rsidR="00192114" w:rsidRDefault="00DC0847">
            <w:r w:rsidRPr="00DC0847">
              <w:t>Legal English - U.S. Securities Regulation</w:t>
            </w:r>
          </w:p>
        </w:tc>
        <w:tc>
          <w:tcPr>
            <w:tcW w:w="1548" w:type="dxa"/>
          </w:tcPr>
          <w:p w14:paraId="55D88A9E" w14:textId="77777777" w:rsidR="00192114" w:rsidRDefault="00107A0B">
            <w:r>
              <w:t>1/Elec</w:t>
            </w:r>
          </w:p>
        </w:tc>
        <w:tc>
          <w:tcPr>
            <w:tcW w:w="2947" w:type="dxa"/>
          </w:tcPr>
          <w:p w14:paraId="6F4AAABC" w14:textId="77777777" w:rsidR="00192114" w:rsidRDefault="00192114"/>
        </w:tc>
        <w:tc>
          <w:tcPr>
            <w:tcW w:w="891" w:type="dxa"/>
          </w:tcPr>
          <w:p w14:paraId="1E84D83F" w14:textId="77777777" w:rsidR="00192114" w:rsidRDefault="00192114"/>
        </w:tc>
      </w:tr>
      <w:tr w:rsidR="008E2FA5" w14:paraId="04B77043" w14:textId="77777777" w:rsidTr="00DC0847">
        <w:trPr>
          <w:jc w:val="center"/>
        </w:trPr>
        <w:tc>
          <w:tcPr>
            <w:tcW w:w="1206" w:type="dxa"/>
          </w:tcPr>
          <w:p w14:paraId="721D3596" w14:textId="77777777" w:rsidR="00192114" w:rsidRDefault="00192114"/>
        </w:tc>
        <w:tc>
          <w:tcPr>
            <w:tcW w:w="2758" w:type="dxa"/>
          </w:tcPr>
          <w:p w14:paraId="659DABA8" w14:textId="7E71314B" w:rsidR="00192114" w:rsidRDefault="00DC0847">
            <w:r w:rsidRPr="00DC0847">
              <w:t>Legal English - US Criminal Law</w:t>
            </w:r>
          </w:p>
        </w:tc>
        <w:tc>
          <w:tcPr>
            <w:tcW w:w="1548" w:type="dxa"/>
          </w:tcPr>
          <w:p w14:paraId="6CCF4916" w14:textId="77777777" w:rsidR="00192114" w:rsidRDefault="00107A0B">
            <w:r>
              <w:t>1/Elec</w:t>
            </w:r>
          </w:p>
        </w:tc>
        <w:tc>
          <w:tcPr>
            <w:tcW w:w="2947" w:type="dxa"/>
          </w:tcPr>
          <w:p w14:paraId="6733B0E6" w14:textId="77777777" w:rsidR="00192114" w:rsidRDefault="00192114"/>
        </w:tc>
        <w:tc>
          <w:tcPr>
            <w:tcW w:w="891" w:type="dxa"/>
          </w:tcPr>
          <w:p w14:paraId="45165493" w14:textId="77777777" w:rsidR="00192114" w:rsidRDefault="00192114"/>
        </w:tc>
      </w:tr>
      <w:tr w:rsidR="008E2FA5" w14:paraId="53D94E17" w14:textId="77777777" w:rsidTr="00DC0847">
        <w:trPr>
          <w:jc w:val="center"/>
        </w:trPr>
        <w:tc>
          <w:tcPr>
            <w:tcW w:w="1206" w:type="dxa"/>
          </w:tcPr>
          <w:p w14:paraId="0C5A5A30" w14:textId="77777777" w:rsidR="00192114" w:rsidRDefault="00192114"/>
        </w:tc>
        <w:tc>
          <w:tcPr>
            <w:tcW w:w="2758" w:type="dxa"/>
          </w:tcPr>
          <w:p w14:paraId="01429E7C" w14:textId="3AE963FE" w:rsidR="00192114" w:rsidRDefault="00DC0847">
            <w:r w:rsidRPr="00DC0847">
              <w:t>Legal English -American Products Liability Law</w:t>
            </w:r>
          </w:p>
        </w:tc>
        <w:tc>
          <w:tcPr>
            <w:tcW w:w="1548" w:type="dxa"/>
          </w:tcPr>
          <w:p w14:paraId="73C6B39D" w14:textId="77777777" w:rsidR="00192114" w:rsidRDefault="00107A0B">
            <w:r>
              <w:t>1/Elec</w:t>
            </w:r>
          </w:p>
        </w:tc>
        <w:tc>
          <w:tcPr>
            <w:tcW w:w="2947" w:type="dxa"/>
          </w:tcPr>
          <w:p w14:paraId="28E5938F" w14:textId="77777777" w:rsidR="00192114" w:rsidRDefault="00192114"/>
        </w:tc>
        <w:tc>
          <w:tcPr>
            <w:tcW w:w="891" w:type="dxa"/>
          </w:tcPr>
          <w:p w14:paraId="0A5AAE31" w14:textId="77777777" w:rsidR="00192114" w:rsidRDefault="00192114"/>
        </w:tc>
      </w:tr>
      <w:tr w:rsidR="008E2FA5" w14:paraId="15D37298" w14:textId="77777777" w:rsidTr="00DC0847">
        <w:trPr>
          <w:jc w:val="center"/>
        </w:trPr>
        <w:tc>
          <w:tcPr>
            <w:tcW w:w="1206" w:type="dxa"/>
          </w:tcPr>
          <w:p w14:paraId="52959C59" w14:textId="77777777" w:rsidR="00192114" w:rsidRDefault="00192114"/>
        </w:tc>
        <w:tc>
          <w:tcPr>
            <w:tcW w:w="2758" w:type="dxa"/>
          </w:tcPr>
          <w:p w14:paraId="509BF3EC" w14:textId="23AB12D2" w:rsidR="00192114" w:rsidRDefault="00DC0847">
            <w:r w:rsidRPr="00DC0847">
              <w:t>Legal English - American Constitutional Law</w:t>
            </w:r>
          </w:p>
        </w:tc>
        <w:tc>
          <w:tcPr>
            <w:tcW w:w="1548" w:type="dxa"/>
          </w:tcPr>
          <w:p w14:paraId="09E98CAA" w14:textId="77777777" w:rsidR="00192114" w:rsidRDefault="00107A0B">
            <w:r>
              <w:t>1/Elec</w:t>
            </w:r>
          </w:p>
        </w:tc>
        <w:tc>
          <w:tcPr>
            <w:tcW w:w="2947" w:type="dxa"/>
          </w:tcPr>
          <w:p w14:paraId="5FC606C2" w14:textId="77777777" w:rsidR="00192114" w:rsidRDefault="00192114"/>
        </w:tc>
        <w:tc>
          <w:tcPr>
            <w:tcW w:w="891" w:type="dxa"/>
          </w:tcPr>
          <w:p w14:paraId="4AFE38BC" w14:textId="77777777" w:rsidR="00192114" w:rsidRDefault="00192114"/>
        </w:tc>
      </w:tr>
      <w:tr w:rsidR="008E2FA5" w14:paraId="1DDC343D" w14:textId="77777777" w:rsidTr="00DC0847">
        <w:trPr>
          <w:jc w:val="center"/>
        </w:trPr>
        <w:tc>
          <w:tcPr>
            <w:tcW w:w="1206" w:type="dxa"/>
          </w:tcPr>
          <w:p w14:paraId="6BDFF314" w14:textId="77777777" w:rsidR="00192114" w:rsidRDefault="00192114"/>
        </w:tc>
        <w:tc>
          <w:tcPr>
            <w:tcW w:w="2758" w:type="dxa"/>
          </w:tcPr>
          <w:p w14:paraId="097D3982" w14:textId="24491EA6" w:rsidR="00192114" w:rsidRDefault="00DC0847">
            <w:r w:rsidRPr="00DC0847">
              <w:t>US Corporate Law-Course in English</w:t>
            </w:r>
          </w:p>
        </w:tc>
        <w:tc>
          <w:tcPr>
            <w:tcW w:w="1548" w:type="dxa"/>
          </w:tcPr>
          <w:p w14:paraId="2413F1CA" w14:textId="77777777" w:rsidR="00192114" w:rsidRDefault="00107A0B">
            <w:r>
              <w:t>2/Elec</w:t>
            </w:r>
          </w:p>
        </w:tc>
        <w:tc>
          <w:tcPr>
            <w:tcW w:w="2947" w:type="dxa"/>
          </w:tcPr>
          <w:p w14:paraId="2C2FA9C0" w14:textId="77777777" w:rsidR="00192114" w:rsidRDefault="00192114"/>
        </w:tc>
        <w:tc>
          <w:tcPr>
            <w:tcW w:w="891" w:type="dxa"/>
          </w:tcPr>
          <w:p w14:paraId="3B8FFCA6" w14:textId="77777777" w:rsidR="00192114" w:rsidRDefault="00192114"/>
        </w:tc>
      </w:tr>
      <w:tr w:rsidR="008E2FA5" w14:paraId="17A2E51D" w14:textId="77777777" w:rsidTr="00DC0847">
        <w:trPr>
          <w:jc w:val="center"/>
        </w:trPr>
        <w:tc>
          <w:tcPr>
            <w:tcW w:w="1206" w:type="dxa"/>
          </w:tcPr>
          <w:p w14:paraId="23CCCA06" w14:textId="77777777" w:rsidR="00192114" w:rsidRDefault="00192114"/>
        </w:tc>
        <w:tc>
          <w:tcPr>
            <w:tcW w:w="2758" w:type="dxa"/>
          </w:tcPr>
          <w:p w14:paraId="026F150F" w14:textId="7A4E4381" w:rsidR="00192114" w:rsidRDefault="00DC0847">
            <w:r w:rsidRPr="00DC0847">
              <w:t>U.S. Securities Regulation-Course in English</w:t>
            </w:r>
          </w:p>
        </w:tc>
        <w:tc>
          <w:tcPr>
            <w:tcW w:w="1548" w:type="dxa"/>
          </w:tcPr>
          <w:p w14:paraId="7A87A1DC" w14:textId="77777777" w:rsidR="00192114" w:rsidRDefault="00107A0B">
            <w:r>
              <w:t>2/Elec</w:t>
            </w:r>
          </w:p>
        </w:tc>
        <w:tc>
          <w:tcPr>
            <w:tcW w:w="2947" w:type="dxa"/>
          </w:tcPr>
          <w:p w14:paraId="405964B8" w14:textId="77777777" w:rsidR="00192114" w:rsidRDefault="00192114"/>
        </w:tc>
        <w:tc>
          <w:tcPr>
            <w:tcW w:w="891" w:type="dxa"/>
          </w:tcPr>
          <w:p w14:paraId="4079B1B3" w14:textId="77777777" w:rsidR="00192114" w:rsidRDefault="00192114"/>
        </w:tc>
      </w:tr>
      <w:tr w:rsidR="008E2FA5" w14:paraId="70A3E423" w14:textId="77777777" w:rsidTr="00DC0847">
        <w:trPr>
          <w:jc w:val="center"/>
        </w:trPr>
        <w:tc>
          <w:tcPr>
            <w:tcW w:w="1206" w:type="dxa"/>
          </w:tcPr>
          <w:p w14:paraId="5F3C4F24" w14:textId="77777777" w:rsidR="00192114" w:rsidRDefault="00192114"/>
        </w:tc>
        <w:tc>
          <w:tcPr>
            <w:tcW w:w="2758" w:type="dxa"/>
          </w:tcPr>
          <w:p w14:paraId="27B50E77" w14:textId="753E0CDB" w:rsidR="00192114" w:rsidRDefault="00DC0847">
            <w:r w:rsidRPr="00DC0847">
              <w:t>US Criminal Law-Course in English</w:t>
            </w:r>
          </w:p>
        </w:tc>
        <w:tc>
          <w:tcPr>
            <w:tcW w:w="1548" w:type="dxa"/>
          </w:tcPr>
          <w:p w14:paraId="67F8C4C5" w14:textId="77777777" w:rsidR="00192114" w:rsidRDefault="00107A0B">
            <w:r>
              <w:t>2/Elec</w:t>
            </w:r>
          </w:p>
        </w:tc>
        <w:tc>
          <w:tcPr>
            <w:tcW w:w="2947" w:type="dxa"/>
          </w:tcPr>
          <w:p w14:paraId="4DA195BA" w14:textId="77777777" w:rsidR="00192114" w:rsidRDefault="00192114"/>
        </w:tc>
        <w:tc>
          <w:tcPr>
            <w:tcW w:w="891" w:type="dxa"/>
          </w:tcPr>
          <w:p w14:paraId="4AF9EA72" w14:textId="77777777" w:rsidR="00192114" w:rsidRDefault="00192114"/>
        </w:tc>
      </w:tr>
      <w:tr w:rsidR="008E2FA5" w14:paraId="6610E3EE" w14:textId="77777777" w:rsidTr="00DC0847">
        <w:trPr>
          <w:jc w:val="center"/>
        </w:trPr>
        <w:tc>
          <w:tcPr>
            <w:tcW w:w="1206" w:type="dxa"/>
          </w:tcPr>
          <w:p w14:paraId="5A7412EA" w14:textId="77777777" w:rsidR="00192114" w:rsidRDefault="00192114"/>
        </w:tc>
        <w:tc>
          <w:tcPr>
            <w:tcW w:w="2758" w:type="dxa"/>
          </w:tcPr>
          <w:p w14:paraId="3206931E" w14:textId="41493CFE" w:rsidR="00192114" w:rsidRDefault="00DC0847">
            <w:r w:rsidRPr="00DC0847">
              <w:t>American Products Liability Law-Course in English</w:t>
            </w:r>
          </w:p>
        </w:tc>
        <w:tc>
          <w:tcPr>
            <w:tcW w:w="1548" w:type="dxa"/>
          </w:tcPr>
          <w:p w14:paraId="4146C642" w14:textId="77777777" w:rsidR="00192114" w:rsidRDefault="00107A0B">
            <w:r>
              <w:t>2/Elec</w:t>
            </w:r>
          </w:p>
        </w:tc>
        <w:tc>
          <w:tcPr>
            <w:tcW w:w="2947" w:type="dxa"/>
          </w:tcPr>
          <w:p w14:paraId="53309C14" w14:textId="77777777" w:rsidR="00192114" w:rsidRDefault="00192114"/>
        </w:tc>
        <w:tc>
          <w:tcPr>
            <w:tcW w:w="891" w:type="dxa"/>
          </w:tcPr>
          <w:p w14:paraId="0AE09DC2" w14:textId="77777777" w:rsidR="00192114" w:rsidRDefault="00192114"/>
        </w:tc>
      </w:tr>
      <w:tr w:rsidR="008E2FA5" w14:paraId="5F13A952" w14:textId="77777777" w:rsidTr="00DC0847">
        <w:trPr>
          <w:jc w:val="center"/>
        </w:trPr>
        <w:tc>
          <w:tcPr>
            <w:tcW w:w="1206" w:type="dxa"/>
          </w:tcPr>
          <w:p w14:paraId="3105141A" w14:textId="77777777" w:rsidR="00192114" w:rsidRDefault="00192114"/>
        </w:tc>
        <w:tc>
          <w:tcPr>
            <w:tcW w:w="2758" w:type="dxa"/>
          </w:tcPr>
          <w:p w14:paraId="2AE0FFD7" w14:textId="22CACD66" w:rsidR="00192114" w:rsidRDefault="00DC0847">
            <w:r w:rsidRPr="00DC0847">
              <w:t>American Constitutional Law-Course in English</w:t>
            </w:r>
          </w:p>
        </w:tc>
        <w:tc>
          <w:tcPr>
            <w:tcW w:w="1548" w:type="dxa"/>
          </w:tcPr>
          <w:p w14:paraId="14C39F25" w14:textId="77777777" w:rsidR="00192114" w:rsidRDefault="00107A0B">
            <w:r>
              <w:t>2/Elec</w:t>
            </w:r>
          </w:p>
        </w:tc>
        <w:tc>
          <w:tcPr>
            <w:tcW w:w="2947" w:type="dxa"/>
          </w:tcPr>
          <w:p w14:paraId="2FBCFF39" w14:textId="77777777" w:rsidR="00192114" w:rsidRDefault="00192114"/>
        </w:tc>
        <w:tc>
          <w:tcPr>
            <w:tcW w:w="891" w:type="dxa"/>
          </w:tcPr>
          <w:p w14:paraId="0097EAB4" w14:textId="77777777" w:rsidR="00192114" w:rsidRDefault="00192114"/>
        </w:tc>
      </w:tr>
      <w:tr w:rsidR="008E2FA5" w14:paraId="049111D9" w14:textId="77777777" w:rsidTr="00DC0847">
        <w:trPr>
          <w:jc w:val="center"/>
        </w:trPr>
        <w:tc>
          <w:tcPr>
            <w:tcW w:w="1206" w:type="dxa"/>
          </w:tcPr>
          <w:p w14:paraId="105395E5" w14:textId="77777777" w:rsidR="00192114" w:rsidRDefault="00192114"/>
        </w:tc>
        <w:tc>
          <w:tcPr>
            <w:tcW w:w="2758" w:type="dxa"/>
          </w:tcPr>
          <w:p w14:paraId="71AA2EBB" w14:textId="0C35655D" w:rsidR="00192114" w:rsidRDefault="00DC0847">
            <w:r w:rsidRPr="00DC0847">
              <w:t>Cross-cultural Legal Communication</w:t>
            </w:r>
          </w:p>
        </w:tc>
        <w:tc>
          <w:tcPr>
            <w:tcW w:w="1548" w:type="dxa"/>
          </w:tcPr>
          <w:p w14:paraId="28CFB325" w14:textId="77777777" w:rsidR="00192114" w:rsidRDefault="00107A0B">
            <w:r>
              <w:t>2/Elec</w:t>
            </w:r>
          </w:p>
        </w:tc>
        <w:tc>
          <w:tcPr>
            <w:tcW w:w="2947" w:type="dxa"/>
          </w:tcPr>
          <w:p w14:paraId="43186BFB" w14:textId="77777777" w:rsidR="00192114" w:rsidRDefault="00192114"/>
        </w:tc>
        <w:tc>
          <w:tcPr>
            <w:tcW w:w="891" w:type="dxa"/>
          </w:tcPr>
          <w:p w14:paraId="1AF35859" w14:textId="77777777" w:rsidR="00192114" w:rsidRDefault="00192114"/>
        </w:tc>
      </w:tr>
      <w:tr w:rsidR="008E2FA5" w14:paraId="37580684" w14:textId="77777777" w:rsidTr="00DC0847">
        <w:trPr>
          <w:jc w:val="center"/>
        </w:trPr>
        <w:tc>
          <w:tcPr>
            <w:tcW w:w="1206" w:type="dxa"/>
          </w:tcPr>
          <w:p w14:paraId="4C665832" w14:textId="77777777" w:rsidR="00192114" w:rsidRDefault="00192114"/>
        </w:tc>
        <w:tc>
          <w:tcPr>
            <w:tcW w:w="2758" w:type="dxa"/>
          </w:tcPr>
          <w:p w14:paraId="0D525002" w14:textId="677ADAF5" w:rsidR="00192114" w:rsidRDefault="00DC0847">
            <w:r w:rsidRPr="00DC0847">
              <w:t>International Law</w:t>
            </w:r>
          </w:p>
        </w:tc>
        <w:tc>
          <w:tcPr>
            <w:tcW w:w="1548" w:type="dxa"/>
          </w:tcPr>
          <w:p w14:paraId="29D40809" w14:textId="77777777" w:rsidR="00192114" w:rsidRDefault="00107A0B">
            <w:r>
              <w:t>2/Elec</w:t>
            </w:r>
          </w:p>
        </w:tc>
        <w:tc>
          <w:tcPr>
            <w:tcW w:w="2947" w:type="dxa"/>
          </w:tcPr>
          <w:p w14:paraId="46451AA9" w14:textId="77777777" w:rsidR="00192114" w:rsidRDefault="00192114"/>
        </w:tc>
        <w:tc>
          <w:tcPr>
            <w:tcW w:w="891" w:type="dxa"/>
          </w:tcPr>
          <w:p w14:paraId="641C939E" w14:textId="77777777" w:rsidR="00192114" w:rsidRDefault="00192114"/>
        </w:tc>
      </w:tr>
      <w:tr w:rsidR="00192114" w14:paraId="25F494DF" w14:textId="77777777" w:rsidTr="00DC0847">
        <w:trPr>
          <w:trHeight w:val="1020"/>
          <w:jc w:val="center"/>
        </w:trPr>
        <w:tc>
          <w:tcPr>
            <w:tcW w:w="1206" w:type="dxa"/>
          </w:tcPr>
          <w:p w14:paraId="6D74DECA" w14:textId="77777777" w:rsidR="00192114" w:rsidRDefault="00192114"/>
        </w:tc>
        <w:tc>
          <w:tcPr>
            <w:tcW w:w="4306" w:type="dxa"/>
            <w:gridSpan w:val="2"/>
            <w:vAlign w:val="center"/>
          </w:tcPr>
          <w:p w14:paraId="3793E3B8" w14:textId="03A77C40" w:rsidR="00192114" w:rsidRDefault="00107A0B">
            <w:r>
              <w:t xml:space="preserve">Total Credits Waived: </w:t>
            </w:r>
            <w:r w:rsidRPr="008E2FA5">
              <w:rPr>
                <w:u w:val="single"/>
              </w:rPr>
              <w:t xml:space="preserve">   </w:t>
            </w:r>
            <w:r w:rsidR="008E2FA5">
              <w:rPr>
                <w:rFonts w:ascii="新細明體" w:eastAsia="新細明體" w:hAnsi="新細明體" w:hint="eastAsia"/>
                <w:u w:val="single"/>
                <w:lang w:eastAsia="zh-TW"/>
              </w:rPr>
              <w:t xml:space="preserve">           </w:t>
            </w:r>
            <w:r w:rsidRPr="008E2FA5">
              <w:t xml:space="preserve">  </w:t>
            </w:r>
            <w:r>
              <w:t>Credits</w:t>
            </w:r>
          </w:p>
        </w:tc>
        <w:tc>
          <w:tcPr>
            <w:tcW w:w="3838" w:type="dxa"/>
            <w:gridSpan w:val="2"/>
          </w:tcPr>
          <w:p w14:paraId="3F93D8E5" w14:textId="77777777" w:rsidR="00192114" w:rsidRDefault="00107A0B">
            <w:r>
              <w:t>Program Director Signature</w:t>
            </w:r>
          </w:p>
        </w:tc>
      </w:tr>
    </w:tbl>
    <w:p w14:paraId="32FFF406" w14:textId="77777777" w:rsidR="00192114" w:rsidRDefault="00192114"/>
    <w:p w14:paraId="204148D2" w14:textId="77777777" w:rsidR="00192114" w:rsidRDefault="00107A0B" w:rsidP="008E2FA5">
      <w:pPr>
        <w:jc w:val="both"/>
      </w:pPr>
      <w:r>
        <w:rPr>
          <w:rFonts w:ascii="Times New Roman" w:hAnsi="Times New Roman"/>
          <w:sz w:val="20"/>
        </w:rPr>
        <w:t xml:space="preserve">Note: Please submit this </w:t>
      </w:r>
      <w:r>
        <w:rPr>
          <w:rFonts w:ascii="Times New Roman" w:hAnsi="Times New Roman"/>
          <w:sz w:val="20"/>
        </w:rPr>
        <w:t>form to the Program Office (Shude Hall LW319 / Secretary Tseng, Department of Law) by the end of December for the first semester, or by the end of April for the second semester, in the semester you complete the required credits.</w:t>
      </w:r>
    </w:p>
    <w:p w14:paraId="03937470" w14:textId="77777777" w:rsidR="00192114" w:rsidRDefault="00107A0B" w:rsidP="008E2FA5">
      <w:pPr>
        <w:jc w:val="both"/>
      </w:pPr>
      <w:r>
        <w:rPr>
          <w:rFonts w:ascii="Times New Roman" w:hAnsi="Times New Roman"/>
          <w:sz w:val="20"/>
        </w:rPr>
        <w:t>The calculation, reduction/</w:t>
      </w:r>
      <w:r>
        <w:rPr>
          <w:rFonts w:ascii="Times New Roman" w:hAnsi="Times New Roman"/>
          <w:sz w:val="20"/>
        </w:rPr>
        <w:t>waiver, and recognition of program credits shall be determined independently by the Program.</w:t>
      </w:r>
    </w:p>
    <w:sectPr w:rsidR="00192114" w:rsidSect="008E2FA5">
      <w:footerReference w:type="default" r:id="rId8"/>
      <w:pgSz w:w="12240" w:h="15840"/>
      <w:pgMar w:top="709" w:right="1440"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4A96E0" w14:textId="77777777" w:rsidR="00107A0B" w:rsidRDefault="00107A0B" w:rsidP="00DC0847">
      <w:pPr>
        <w:spacing w:after="0" w:line="240" w:lineRule="auto"/>
      </w:pPr>
      <w:r>
        <w:separator/>
      </w:r>
    </w:p>
  </w:endnote>
  <w:endnote w:type="continuationSeparator" w:id="0">
    <w:p w14:paraId="6A2AD6CB" w14:textId="77777777" w:rsidR="00107A0B" w:rsidRDefault="00107A0B" w:rsidP="00DC0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4820662"/>
      <w:docPartObj>
        <w:docPartGallery w:val="Page Numbers (Bottom of Page)"/>
        <w:docPartUnique/>
      </w:docPartObj>
    </w:sdtPr>
    <w:sdtContent>
      <w:p w14:paraId="4BB8385A" w14:textId="1AB1A117" w:rsidR="00DC0847" w:rsidRDefault="00DC0847">
        <w:pPr>
          <w:pStyle w:val="a7"/>
          <w:jc w:val="center"/>
        </w:pPr>
        <w:r>
          <w:fldChar w:fldCharType="begin"/>
        </w:r>
        <w:r>
          <w:instrText>PAGE   \* MERGEFORMAT</w:instrText>
        </w:r>
        <w:r>
          <w:fldChar w:fldCharType="separate"/>
        </w:r>
        <w:r>
          <w:rPr>
            <w:lang w:val="zh-TW" w:eastAsia="zh-TW"/>
          </w:rPr>
          <w:t>2</w:t>
        </w:r>
        <w:r>
          <w:fldChar w:fldCharType="end"/>
        </w:r>
      </w:p>
    </w:sdtContent>
  </w:sdt>
  <w:p w14:paraId="51410DD3" w14:textId="77777777" w:rsidR="00DC0847" w:rsidRDefault="00DC084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80745" w14:textId="77777777" w:rsidR="00107A0B" w:rsidRDefault="00107A0B" w:rsidP="00DC0847">
      <w:pPr>
        <w:spacing w:after="0" w:line="240" w:lineRule="auto"/>
      </w:pPr>
      <w:r>
        <w:separator/>
      </w:r>
    </w:p>
  </w:footnote>
  <w:footnote w:type="continuationSeparator" w:id="0">
    <w:p w14:paraId="5CD863BB" w14:textId="77777777" w:rsidR="00107A0B" w:rsidRDefault="00107A0B" w:rsidP="00DC08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7A0B"/>
    <w:rsid w:val="0015074B"/>
    <w:rsid w:val="00192114"/>
    <w:rsid w:val="0029639D"/>
    <w:rsid w:val="00326F90"/>
    <w:rsid w:val="00565C45"/>
    <w:rsid w:val="008E2FA5"/>
    <w:rsid w:val="00AA1D8D"/>
    <w:rsid w:val="00B47730"/>
    <w:rsid w:val="00CB0664"/>
    <w:rsid w:val="00DC084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815E19"/>
  <w14:defaultImageDpi w14:val="300"/>
  <w15:docId w15:val="{C8B9A63D-A10F-4AAB-9424-A941A1240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284</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FJUSER220310B</cp:lastModifiedBy>
  <cp:revision>3</cp:revision>
  <dcterms:created xsi:type="dcterms:W3CDTF">2026-10-22T02:11:00Z</dcterms:created>
  <dcterms:modified xsi:type="dcterms:W3CDTF">2026-10-22T02:26:00Z</dcterms:modified>
  <cp:category/>
</cp:coreProperties>
</file>